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8B770C" w14:textId="5EAEC0E1" w:rsidR="00185108" w:rsidRPr="00185108" w:rsidRDefault="00185108" w:rsidP="00185108">
      <w:pPr>
        <w:rPr>
          <w:sz w:val="20"/>
          <w:szCs w:val="20"/>
          <w:lang w:val="fr-CA"/>
        </w:rPr>
      </w:pPr>
      <w:r w:rsidRPr="00185108">
        <w:rPr>
          <w:lang w:val="fr-CA"/>
        </w:rPr>
        <w:t>Nous faire parvenir ce do</w:t>
      </w:r>
      <w:r>
        <w:rPr>
          <w:lang w:val="fr-CA"/>
        </w:rPr>
        <w:t xml:space="preserve">cument à l’adresse : </w:t>
      </w:r>
      <w:hyperlink r:id="rId6" w:history="1">
        <w:r w:rsidRPr="00185108">
          <w:rPr>
            <w:rStyle w:val="Lienhypertexte"/>
            <w:lang w:val="fr-CA"/>
          </w:rPr>
          <w:t>production@photosociete.com</w:t>
        </w:r>
      </w:hyperlink>
    </w:p>
    <w:p w14:paraId="30664C10" w14:textId="2126BB6D" w:rsidR="00D4659D" w:rsidRPr="00185108" w:rsidRDefault="006D48F0">
      <w:pPr>
        <w:pStyle w:val="Titre1"/>
        <w:rPr>
          <w:lang w:val="fr-CA"/>
        </w:rPr>
      </w:pPr>
      <w:r w:rsidRPr="00185108">
        <w:rPr>
          <w:lang w:val="fr-CA"/>
        </w:rPr>
        <w:t>Cahier de</w:t>
      </w:r>
      <w:r w:rsidR="00185108">
        <w:rPr>
          <w:lang w:val="fr-CA"/>
        </w:rPr>
        <w:t>s charges</w:t>
      </w:r>
      <w:r w:rsidRPr="00185108">
        <w:rPr>
          <w:lang w:val="fr-CA"/>
        </w:rPr>
        <w:t xml:space="preserve"> pour un projet documentaire</w:t>
      </w:r>
    </w:p>
    <w:p w14:paraId="6F783EEF" w14:textId="77777777" w:rsidR="00B70FDC" w:rsidRDefault="006D48F0">
      <w:pPr>
        <w:rPr>
          <w:sz w:val="24"/>
          <w:szCs w:val="24"/>
          <w:lang w:val="fr-CA"/>
        </w:rPr>
      </w:pPr>
      <w:r w:rsidRPr="00185108">
        <w:rPr>
          <w:sz w:val="24"/>
          <w:szCs w:val="24"/>
          <w:lang w:val="fr-CA"/>
        </w:rPr>
        <w:t>Ce document vise à préciser les attentes, objectifs et contraintes d’un projet documentaire. Il doit être rempli par les personnes ou organisations souhaitant confier la réalisation du film. Plus il sera détaillé, plus la préparation et la production pourront être adaptées de manière optimale.</w:t>
      </w:r>
      <w:r w:rsidR="00B70FDC">
        <w:rPr>
          <w:sz w:val="24"/>
          <w:szCs w:val="24"/>
          <w:lang w:val="fr-CA"/>
        </w:rPr>
        <w:t xml:space="preserve"> </w:t>
      </w:r>
    </w:p>
    <w:p w14:paraId="47DBFAD7" w14:textId="6058633B" w:rsidR="00B70FDC" w:rsidRPr="00B70FDC" w:rsidRDefault="00B70FDC" w:rsidP="00B70FDC">
      <w:pPr>
        <w:pStyle w:val="Titre2"/>
        <w:rPr>
          <w:lang w:val="fr-CA"/>
        </w:rPr>
      </w:pPr>
      <w:r w:rsidRPr="00B70FDC">
        <w:rPr>
          <w:lang w:val="fr-CA"/>
        </w:rPr>
        <w:t xml:space="preserve">Critère </w:t>
      </w:r>
      <w:r w:rsidR="006D48F0">
        <w:rPr>
          <w:lang w:val="fr-CA"/>
        </w:rPr>
        <w:t>de base</w:t>
      </w:r>
    </w:p>
    <w:p w14:paraId="5F80D1E9" w14:textId="13BE8B3F" w:rsidR="00D4659D" w:rsidRPr="00185108" w:rsidRDefault="00B70FDC">
      <w:pPr>
        <w:rPr>
          <w:sz w:val="24"/>
          <w:szCs w:val="24"/>
          <w:lang w:val="fr-CA"/>
        </w:rPr>
      </w:pPr>
      <w:r>
        <w:rPr>
          <w:sz w:val="24"/>
          <w:szCs w:val="24"/>
          <w:lang w:val="fr-CA"/>
        </w:rPr>
        <w:t>Les tournages ne s’effectuent que dans un rayon de 300km de la ville de Québec.</w:t>
      </w:r>
    </w:p>
    <w:p w14:paraId="6C01B826" w14:textId="77777777" w:rsidR="00D4659D" w:rsidRPr="00185108" w:rsidRDefault="006D48F0">
      <w:pPr>
        <w:pStyle w:val="Titre2"/>
        <w:rPr>
          <w:lang w:val="fr-CA"/>
        </w:rPr>
      </w:pPr>
      <w:r w:rsidRPr="00185108">
        <w:rPr>
          <w:lang w:val="fr-CA"/>
        </w:rPr>
        <w:t>1. Informations générales</w:t>
      </w:r>
    </w:p>
    <w:p w14:paraId="19028836" w14:textId="77777777" w:rsidR="00D4659D" w:rsidRPr="00185108" w:rsidRDefault="006D48F0">
      <w:pPr>
        <w:rPr>
          <w:sz w:val="24"/>
          <w:szCs w:val="24"/>
          <w:lang w:val="fr-CA"/>
        </w:rPr>
      </w:pPr>
      <w:r w:rsidRPr="00185108">
        <w:rPr>
          <w:lang w:val="fr-CA"/>
        </w:rPr>
        <w:t xml:space="preserve">• </w:t>
      </w:r>
      <w:r w:rsidRPr="00185108">
        <w:rPr>
          <w:sz w:val="24"/>
          <w:szCs w:val="24"/>
          <w:lang w:val="fr-CA"/>
        </w:rPr>
        <w:t>Titre provisoire du documentaire</w:t>
      </w:r>
      <w:r w:rsidRPr="00185108">
        <w:rPr>
          <w:sz w:val="24"/>
          <w:szCs w:val="24"/>
          <w:lang w:val="fr-CA"/>
        </w:rPr>
        <w:br/>
        <w:t>• Thématique centrale</w:t>
      </w:r>
      <w:r w:rsidRPr="00185108">
        <w:rPr>
          <w:sz w:val="24"/>
          <w:szCs w:val="24"/>
          <w:lang w:val="fr-CA"/>
        </w:rPr>
        <w:br/>
        <w:t>• Contexte et justification (Pourquoi ce documentaire, pourquoi maintenant ?)</w:t>
      </w:r>
      <w:r w:rsidRPr="00185108">
        <w:rPr>
          <w:sz w:val="24"/>
          <w:szCs w:val="24"/>
          <w:lang w:val="fr-CA"/>
        </w:rPr>
        <w:br/>
        <w:t>• Durée prévue (30 min, 52 min, long métrage, etc.)</w:t>
      </w:r>
      <w:r w:rsidRPr="00185108">
        <w:rPr>
          <w:sz w:val="24"/>
          <w:szCs w:val="24"/>
          <w:lang w:val="fr-CA"/>
        </w:rPr>
        <w:br/>
        <w:t>• Public cible (grand public, scolaire, académique, spécialisé, festival)</w:t>
      </w:r>
    </w:p>
    <w:p w14:paraId="11304395" w14:textId="77777777" w:rsidR="00D4659D" w:rsidRPr="00185108" w:rsidRDefault="006D48F0">
      <w:pPr>
        <w:pStyle w:val="Titre2"/>
        <w:rPr>
          <w:lang w:val="fr-CA"/>
        </w:rPr>
      </w:pPr>
      <w:r w:rsidRPr="00185108">
        <w:rPr>
          <w:lang w:val="fr-CA"/>
        </w:rPr>
        <w:t>2. Objectifs narratifs et artistiques</w:t>
      </w:r>
    </w:p>
    <w:p w14:paraId="039D54F1" w14:textId="77777777" w:rsidR="00D4659D" w:rsidRPr="00185108" w:rsidRDefault="006D48F0">
      <w:pPr>
        <w:rPr>
          <w:sz w:val="24"/>
          <w:szCs w:val="24"/>
          <w:lang w:val="fr-CA"/>
        </w:rPr>
      </w:pPr>
      <w:r w:rsidRPr="00185108">
        <w:rPr>
          <w:lang w:val="fr-CA"/>
        </w:rPr>
        <w:t xml:space="preserve">• </w:t>
      </w:r>
      <w:r w:rsidRPr="00185108">
        <w:rPr>
          <w:sz w:val="24"/>
          <w:szCs w:val="24"/>
          <w:lang w:val="fr-CA"/>
        </w:rPr>
        <w:t>Message principal à transmettre</w:t>
      </w:r>
      <w:r w:rsidRPr="00185108">
        <w:rPr>
          <w:sz w:val="24"/>
          <w:szCs w:val="24"/>
          <w:lang w:val="fr-CA"/>
        </w:rPr>
        <w:br/>
        <w:t>• Sous-thèmes ou axes secondaires</w:t>
      </w:r>
      <w:r w:rsidRPr="00185108">
        <w:rPr>
          <w:sz w:val="24"/>
          <w:szCs w:val="24"/>
          <w:lang w:val="fr-CA"/>
        </w:rPr>
        <w:br/>
        <w:t>• Angle souhaité (témoignage, enquête, poétique, critique sociale, etc.)</w:t>
      </w:r>
      <w:r w:rsidRPr="00185108">
        <w:rPr>
          <w:sz w:val="24"/>
          <w:szCs w:val="24"/>
          <w:lang w:val="fr-CA"/>
        </w:rPr>
        <w:br/>
        <w:t>• Style visuel envisagé (observatif, immersif, animé, hybride, expérimental)</w:t>
      </w:r>
      <w:r w:rsidRPr="00185108">
        <w:rPr>
          <w:sz w:val="24"/>
          <w:szCs w:val="24"/>
          <w:lang w:val="fr-CA"/>
        </w:rPr>
        <w:br/>
        <w:t>• Ton attendu (sobre, engagé, humoristique, didactique, poétique)</w:t>
      </w:r>
    </w:p>
    <w:p w14:paraId="45D062AA" w14:textId="77777777" w:rsidR="00D4659D" w:rsidRPr="00185108" w:rsidRDefault="006D48F0">
      <w:pPr>
        <w:pStyle w:val="Titre2"/>
        <w:rPr>
          <w:lang w:val="fr-CA"/>
        </w:rPr>
      </w:pPr>
      <w:r w:rsidRPr="00185108">
        <w:rPr>
          <w:lang w:val="fr-CA"/>
        </w:rPr>
        <w:t>3. Contenu et matière première</w:t>
      </w:r>
    </w:p>
    <w:p w14:paraId="6665E7AD" w14:textId="77777777" w:rsidR="00D4659D" w:rsidRPr="00185108" w:rsidRDefault="006D48F0">
      <w:pPr>
        <w:rPr>
          <w:sz w:val="24"/>
          <w:szCs w:val="24"/>
          <w:lang w:val="fr-CA"/>
        </w:rPr>
      </w:pPr>
      <w:r w:rsidRPr="00185108">
        <w:rPr>
          <w:sz w:val="24"/>
          <w:szCs w:val="24"/>
          <w:lang w:val="fr-CA"/>
        </w:rPr>
        <w:t>• Personnes à rencontrer / témoins privilégiés</w:t>
      </w:r>
      <w:r w:rsidRPr="00185108">
        <w:rPr>
          <w:sz w:val="24"/>
          <w:szCs w:val="24"/>
          <w:lang w:val="fr-CA"/>
        </w:rPr>
        <w:br/>
        <w:t>• Événements ou lieux clés à filmer</w:t>
      </w:r>
      <w:r w:rsidRPr="00185108">
        <w:rPr>
          <w:sz w:val="24"/>
          <w:szCs w:val="24"/>
          <w:lang w:val="fr-CA"/>
        </w:rPr>
        <w:br/>
        <w:t>• Archives à mobiliser (photos, vidéos, extraits sonores)</w:t>
      </w:r>
      <w:r w:rsidRPr="00185108">
        <w:rPr>
          <w:sz w:val="24"/>
          <w:szCs w:val="24"/>
          <w:lang w:val="fr-CA"/>
        </w:rPr>
        <w:br/>
        <w:t>• Contraintes éthiques ou juridiques (droit à l’image, confidentialité, sensibilité des sujets)</w:t>
      </w:r>
    </w:p>
    <w:p w14:paraId="6E75C278" w14:textId="77777777" w:rsidR="00D4659D" w:rsidRPr="00185108" w:rsidRDefault="006D48F0">
      <w:pPr>
        <w:pStyle w:val="Titre2"/>
        <w:rPr>
          <w:lang w:val="fr-CA"/>
        </w:rPr>
      </w:pPr>
      <w:r w:rsidRPr="00185108">
        <w:rPr>
          <w:lang w:val="fr-CA"/>
        </w:rPr>
        <w:t>4. Aspects pratiques et logistiques</w:t>
      </w:r>
    </w:p>
    <w:p w14:paraId="36B261A4" w14:textId="77777777" w:rsidR="00D4659D" w:rsidRPr="00185108" w:rsidRDefault="006D48F0">
      <w:pPr>
        <w:rPr>
          <w:sz w:val="24"/>
          <w:szCs w:val="24"/>
          <w:lang w:val="fr-CA"/>
        </w:rPr>
      </w:pPr>
      <w:r w:rsidRPr="00185108">
        <w:rPr>
          <w:sz w:val="24"/>
          <w:szCs w:val="24"/>
          <w:lang w:val="fr-CA"/>
        </w:rPr>
        <w:t>• Lieu(x) de tournage</w:t>
      </w:r>
      <w:r w:rsidRPr="00185108">
        <w:rPr>
          <w:sz w:val="24"/>
          <w:szCs w:val="24"/>
          <w:lang w:val="fr-CA"/>
        </w:rPr>
        <w:br/>
        <w:t>• Calendrier souhaité (dates de tournage, délais de livraison)</w:t>
      </w:r>
      <w:r w:rsidRPr="00185108">
        <w:rPr>
          <w:sz w:val="24"/>
          <w:szCs w:val="24"/>
          <w:lang w:val="fr-CA"/>
        </w:rPr>
        <w:br/>
        <w:t>• Budget indicatif pour la logistique</w:t>
      </w:r>
      <w:r w:rsidRPr="00185108">
        <w:rPr>
          <w:sz w:val="24"/>
          <w:szCs w:val="24"/>
          <w:lang w:val="fr-CA"/>
        </w:rPr>
        <w:br/>
        <w:t>• Équipe technique prévue ou à constituer</w:t>
      </w:r>
      <w:r w:rsidRPr="00185108">
        <w:rPr>
          <w:sz w:val="24"/>
          <w:szCs w:val="24"/>
          <w:lang w:val="fr-CA"/>
        </w:rPr>
        <w:br/>
        <w:t>• Matériel attendu (caméras spécifiques, drones, captation sonore, etc.)</w:t>
      </w:r>
    </w:p>
    <w:p w14:paraId="7458A7B8" w14:textId="77777777" w:rsidR="00D4659D" w:rsidRPr="00185108" w:rsidRDefault="006D48F0">
      <w:pPr>
        <w:pStyle w:val="Titre2"/>
        <w:rPr>
          <w:lang w:val="fr-CA"/>
        </w:rPr>
      </w:pPr>
      <w:r w:rsidRPr="00185108">
        <w:rPr>
          <w:lang w:val="fr-CA"/>
        </w:rPr>
        <w:lastRenderedPageBreak/>
        <w:t>5. Diffusion et impact</w:t>
      </w:r>
    </w:p>
    <w:p w14:paraId="08272134" w14:textId="77777777" w:rsidR="00D4659D" w:rsidRPr="00185108" w:rsidRDefault="006D48F0">
      <w:pPr>
        <w:rPr>
          <w:sz w:val="24"/>
          <w:szCs w:val="24"/>
          <w:lang w:val="fr-CA"/>
        </w:rPr>
      </w:pPr>
      <w:r w:rsidRPr="00185108">
        <w:rPr>
          <w:sz w:val="24"/>
          <w:szCs w:val="24"/>
          <w:lang w:val="fr-CA"/>
        </w:rPr>
        <w:t>• Mode de diffusion envisagé (TV, plateformes, festivals, web, projections)</w:t>
      </w:r>
      <w:r w:rsidRPr="00185108">
        <w:rPr>
          <w:sz w:val="24"/>
          <w:szCs w:val="24"/>
          <w:lang w:val="fr-CA"/>
        </w:rPr>
        <w:br/>
        <w:t>• Publications ou campagnes associées (livre, site web, réseaux sociaux)</w:t>
      </w:r>
      <w:r w:rsidRPr="00185108">
        <w:rPr>
          <w:sz w:val="24"/>
          <w:szCs w:val="24"/>
          <w:lang w:val="fr-CA"/>
        </w:rPr>
        <w:br/>
        <w:t>• Indicateurs de succès (audience, retombées médiatiques, impact social)</w:t>
      </w:r>
    </w:p>
    <w:p w14:paraId="4217078D" w14:textId="45E0491B" w:rsidR="00D4659D" w:rsidRPr="00185108" w:rsidRDefault="00185108">
      <w:pPr>
        <w:pStyle w:val="Titre2"/>
        <w:rPr>
          <w:lang w:val="fr-CA"/>
        </w:rPr>
      </w:pPr>
      <w:r>
        <w:rPr>
          <w:lang w:val="fr-CA"/>
        </w:rPr>
        <w:t>6</w:t>
      </w:r>
      <w:r w:rsidR="006D48F0" w:rsidRPr="00185108">
        <w:rPr>
          <w:lang w:val="fr-CA"/>
        </w:rPr>
        <w:t>. Financement et ressources disponibles</w:t>
      </w:r>
    </w:p>
    <w:p w14:paraId="088985D7" w14:textId="6A87985E" w:rsidR="00D4659D" w:rsidRPr="00185108" w:rsidRDefault="006D48F0">
      <w:pPr>
        <w:rPr>
          <w:sz w:val="24"/>
          <w:szCs w:val="24"/>
          <w:lang w:val="fr-CA"/>
        </w:rPr>
      </w:pPr>
      <w:r w:rsidRPr="00185108">
        <w:rPr>
          <w:lang w:val="fr-CA"/>
        </w:rPr>
        <w:t xml:space="preserve">• </w:t>
      </w:r>
      <w:r w:rsidR="00185108" w:rsidRPr="00185108">
        <w:rPr>
          <w:sz w:val="24"/>
          <w:szCs w:val="24"/>
          <w:lang w:val="fr-CA"/>
        </w:rPr>
        <w:t>Partenaires impliqués</w:t>
      </w:r>
      <w:r w:rsidR="00185108">
        <w:rPr>
          <w:lang w:val="fr-CA"/>
        </w:rPr>
        <w:br/>
      </w:r>
      <w:r w:rsidR="00185108" w:rsidRPr="00185108">
        <w:rPr>
          <w:lang w:val="fr-CA"/>
        </w:rPr>
        <w:t xml:space="preserve">• </w:t>
      </w:r>
      <w:r w:rsidRPr="00185108">
        <w:rPr>
          <w:sz w:val="24"/>
          <w:szCs w:val="24"/>
          <w:lang w:val="fr-CA"/>
        </w:rPr>
        <w:t>Budget global estimé</w:t>
      </w:r>
      <w:r w:rsidRPr="00185108">
        <w:rPr>
          <w:sz w:val="24"/>
          <w:szCs w:val="24"/>
          <w:lang w:val="fr-CA"/>
        </w:rPr>
        <w:br/>
        <w:t>• Sources de financement confirmées (subventions, partenaires, diffuseurs, mécènes)</w:t>
      </w:r>
      <w:r w:rsidRPr="00185108">
        <w:rPr>
          <w:sz w:val="24"/>
          <w:szCs w:val="24"/>
          <w:lang w:val="fr-CA"/>
        </w:rPr>
        <w:br/>
        <w:t>• Sources de financement envisagées (programmes gouvernementaux, fonds culturels, sociofinancement)</w:t>
      </w:r>
      <w:r w:rsidRPr="00185108">
        <w:rPr>
          <w:sz w:val="24"/>
          <w:szCs w:val="24"/>
          <w:lang w:val="fr-CA"/>
        </w:rPr>
        <w:br/>
        <w:t>• Part du financement déjà assurée vs. à rechercher</w:t>
      </w:r>
      <w:r w:rsidRPr="00185108">
        <w:rPr>
          <w:sz w:val="24"/>
          <w:szCs w:val="24"/>
          <w:lang w:val="fr-CA"/>
        </w:rPr>
        <w:br/>
        <w:t>• Attentes financières envers le réalisateur (cachet, frais couverts, partage des risques)</w:t>
      </w:r>
      <w:r w:rsidRPr="00185108">
        <w:rPr>
          <w:sz w:val="24"/>
          <w:szCs w:val="24"/>
          <w:lang w:val="fr-CA"/>
        </w:rPr>
        <w:br/>
        <w:t>• Modalités de gestion du budget (qui administre, calendrier de paiements)</w:t>
      </w:r>
    </w:p>
    <w:sectPr w:rsidR="00D4659D" w:rsidRPr="00185108"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enum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enum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epuce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epuce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enum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epuces"/>
      <w:lvlText w:val=""/>
      <w:lvlJc w:val="left"/>
      <w:pPr>
        <w:tabs>
          <w:tab w:val="num" w:pos="360"/>
        </w:tabs>
        <w:ind w:left="360" w:hanging="360"/>
      </w:pPr>
      <w:rPr>
        <w:rFonts w:ascii="Symbol" w:hAnsi="Symbol" w:hint="default"/>
      </w:rPr>
    </w:lvl>
  </w:abstractNum>
  <w:num w:numId="1" w16cid:durableId="414714502">
    <w:abstractNumId w:val="8"/>
  </w:num>
  <w:num w:numId="2" w16cid:durableId="1567645933">
    <w:abstractNumId w:val="6"/>
  </w:num>
  <w:num w:numId="3" w16cid:durableId="1176991344">
    <w:abstractNumId w:val="5"/>
  </w:num>
  <w:num w:numId="4" w16cid:durableId="1964310774">
    <w:abstractNumId w:val="4"/>
  </w:num>
  <w:num w:numId="5" w16cid:durableId="1817212268">
    <w:abstractNumId w:val="7"/>
  </w:num>
  <w:num w:numId="6" w16cid:durableId="202523091">
    <w:abstractNumId w:val="3"/>
  </w:num>
  <w:num w:numId="7" w16cid:durableId="617683054">
    <w:abstractNumId w:val="2"/>
  </w:num>
  <w:num w:numId="8" w16cid:durableId="1632975148">
    <w:abstractNumId w:val="1"/>
  </w:num>
  <w:num w:numId="9" w16cid:durableId="5640326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185108"/>
    <w:rsid w:val="0029639D"/>
    <w:rsid w:val="00326F90"/>
    <w:rsid w:val="006D48F0"/>
    <w:rsid w:val="00745639"/>
    <w:rsid w:val="00AA1D8D"/>
    <w:rsid w:val="00B47730"/>
    <w:rsid w:val="00B70FDC"/>
    <w:rsid w:val="00CB0664"/>
    <w:rsid w:val="00D4659D"/>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3A8ABA8"/>
  <w14:defaultImageDpi w14:val="300"/>
  <w15:docId w15:val="{82E9C242-2AAF-44F0-A654-9B63F56A55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Titre1">
    <w:name w:val="heading 1"/>
    <w:basedOn w:val="Normal"/>
    <w:next w:val="Normal"/>
    <w:link w:val="Titre1C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itre3">
    <w:name w:val="heading 3"/>
    <w:basedOn w:val="Normal"/>
    <w:next w:val="Normal"/>
    <w:link w:val="Titre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itre4">
    <w:name w:val="heading 4"/>
    <w:basedOn w:val="Normal"/>
    <w:next w:val="Normal"/>
    <w:link w:val="Titre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itre5">
    <w:name w:val="heading 5"/>
    <w:basedOn w:val="Normal"/>
    <w:next w:val="Normal"/>
    <w:link w:val="Titre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itre6">
    <w:name w:val="heading 6"/>
    <w:basedOn w:val="Normal"/>
    <w:next w:val="Normal"/>
    <w:link w:val="Titre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itre7">
    <w:name w:val="heading 7"/>
    <w:basedOn w:val="Normal"/>
    <w:next w:val="Normal"/>
    <w:link w:val="Titre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itre8">
    <w:name w:val="heading 8"/>
    <w:basedOn w:val="Normal"/>
    <w:next w:val="Normal"/>
    <w:link w:val="Titre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itre9">
    <w:name w:val="heading 9"/>
    <w:basedOn w:val="Normal"/>
    <w:next w:val="Normal"/>
    <w:link w:val="Titre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E618BF"/>
    <w:pPr>
      <w:tabs>
        <w:tab w:val="center" w:pos="4680"/>
        <w:tab w:val="right" w:pos="9360"/>
      </w:tabs>
      <w:spacing w:after="0" w:line="240" w:lineRule="auto"/>
    </w:pPr>
  </w:style>
  <w:style w:type="character" w:customStyle="1" w:styleId="En-tteCar">
    <w:name w:val="En-tête Car"/>
    <w:basedOn w:val="Policepardfaut"/>
    <w:link w:val="En-tte"/>
    <w:uiPriority w:val="99"/>
    <w:rsid w:val="00E618BF"/>
  </w:style>
  <w:style w:type="paragraph" w:styleId="Pieddepage">
    <w:name w:val="footer"/>
    <w:basedOn w:val="Normal"/>
    <w:link w:val="PieddepageCar"/>
    <w:uiPriority w:val="99"/>
    <w:unhideWhenUsed/>
    <w:rsid w:val="00E618BF"/>
    <w:pPr>
      <w:tabs>
        <w:tab w:val="center" w:pos="4680"/>
        <w:tab w:val="right" w:pos="9360"/>
      </w:tabs>
      <w:spacing w:after="0" w:line="240" w:lineRule="auto"/>
    </w:pPr>
  </w:style>
  <w:style w:type="character" w:customStyle="1" w:styleId="PieddepageCar">
    <w:name w:val="Pied de page Car"/>
    <w:basedOn w:val="Policepardfaut"/>
    <w:link w:val="Pieddepage"/>
    <w:uiPriority w:val="99"/>
    <w:rsid w:val="00E618BF"/>
  </w:style>
  <w:style w:type="paragraph" w:styleId="Sansinterligne">
    <w:name w:val="No Spacing"/>
    <w:uiPriority w:val="1"/>
    <w:qFormat/>
    <w:rsid w:val="00FC693F"/>
    <w:pPr>
      <w:spacing w:after="0" w:line="240" w:lineRule="auto"/>
    </w:pPr>
  </w:style>
  <w:style w:type="character" w:customStyle="1" w:styleId="Titre1Car">
    <w:name w:val="Titre 1 Car"/>
    <w:basedOn w:val="Policepardfaut"/>
    <w:link w:val="Titre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itre2Car">
    <w:name w:val="Titre 2 Car"/>
    <w:basedOn w:val="Policepardfaut"/>
    <w:link w:val="Titre2"/>
    <w:uiPriority w:val="9"/>
    <w:rsid w:val="00FC693F"/>
    <w:rPr>
      <w:rFonts w:asciiTheme="majorHAnsi" w:eastAsiaTheme="majorEastAsia" w:hAnsiTheme="majorHAnsi" w:cstheme="majorBidi"/>
      <w:b/>
      <w:bCs/>
      <w:color w:val="4F81BD" w:themeColor="accent1"/>
      <w:sz w:val="26"/>
      <w:szCs w:val="26"/>
    </w:rPr>
  </w:style>
  <w:style w:type="character" w:customStyle="1" w:styleId="Titre3Car">
    <w:name w:val="Titre 3 Car"/>
    <w:basedOn w:val="Policepardfaut"/>
    <w:link w:val="Titre3"/>
    <w:uiPriority w:val="9"/>
    <w:rsid w:val="00FC693F"/>
    <w:rPr>
      <w:rFonts w:asciiTheme="majorHAnsi" w:eastAsiaTheme="majorEastAsia" w:hAnsiTheme="majorHAnsi" w:cstheme="majorBidi"/>
      <w:b/>
      <w:bCs/>
      <w:color w:val="4F81BD" w:themeColor="accent1"/>
    </w:rPr>
  </w:style>
  <w:style w:type="paragraph" w:styleId="Titre">
    <w:name w:val="Title"/>
    <w:basedOn w:val="Normal"/>
    <w:next w:val="Normal"/>
    <w:link w:val="Titre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reCar">
    <w:name w:val="Titre Car"/>
    <w:basedOn w:val="Policepardfaut"/>
    <w:link w:val="Titr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ous-titre">
    <w:name w:val="Subtitle"/>
    <w:basedOn w:val="Normal"/>
    <w:next w:val="Normal"/>
    <w:link w:val="Sous-titre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ous-titreCar">
    <w:name w:val="Sous-titre Car"/>
    <w:basedOn w:val="Policepardfaut"/>
    <w:link w:val="Sous-titre"/>
    <w:uiPriority w:val="11"/>
    <w:rsid w:val="00FC693F"/>
    <w:rPr>
      <w:rFonts w:asciiTheme="majorHAnsi" w:eastAsiaTheme="majorEastAsia" w:hAnsiTheme="majorHAnsi" w:cstheme="majorBidi"/>
      <w:i/>
      <w:iCs/>
      <w:color w:val="4F81BD" w:themeColor="accent1"/>
      <w:spacing w:val="15"/>
      <w:sz w:val="24"/>
      <w:szCs w:val="24"/>
    </w:rPr>
  </w:style>
  <w:style w:type="paragraph" w:styleId="Paragraphedeliste">
    <w:name w:val="List Paragraph"/>
    <w:basedOn w:val="Normal"/>
    <w:uiPriority w:val="34"/>
    <w:qFormat/>
    <w:rsid w:val="00FC693F"/>
    <w:pPr>
      <w:ind w:left="720"/>
      <w:contextualSpacing/>
    </w:pPr>
  </w:style>
  <w:style w:type="paragraph" w:styleId="Corpsdetexte">
    <w:name w:val="Body Text"/>
    <w:basedOn w:val="Normal"/>
    <w:link w:val="CorpsdetexteCar"/>
    <w:uiPriority w:val="99"/>
    <w:unhideWhenUsed/>
    <w:rsid w:val="00AA1D8D"/>
    <w:pPr>
      <w:spacing w:after="120"/>
    </w:pPr>
  </w:style>
  <w:style w:type="character" w:customStyle="1" w:styleId="CorpsdetexteCar">
    <w:name w:val="Corps de texte Car"/>
    <w:basedOn w:val="Policepardfaut"/>
    <w:link w:val="Corpsdetexte"/>
    <w:uiPriority w:val="99"/>
    <w:rsid w:val="00AA1D8D"/>
  </w:style>
  <w:style w:type="paragraph" w:styleId="Corpsdetexte2">
    <w:name w:val="Body Text 2"/>
    <w:basedOn w:val="Normal"/>
    <w:link w:val="Corpsdetexte2Car"/>
    <w:uiPriority w:val="99"/>
    <w:unhideWhenUsed/>
    <w:rsid w:val="00AA1D8D"/>
    <w:pPr>
      <w:spacing w:after="120" w:line="480" w:lineRule="auto"/>
    </w:pPr>
  </w:style>
  <w:style w:type="character" w:customStyle="1" w:styleId="Corpsdetexte2Car">
    <w:name w:val="Corps de texte 2 Car"/>
    <w:basedOn w:val="Policepardfaut"/>
    <w:link w:val="Corpsdetexte2"/>
    <w:uiPriority w:val="99"/>
    <w:rsid w:val="00AA1D8D"/>
  </w:style>
  <w:style w:type="paragraph" w:styleId="Corpsdetexte3">
    <w:name w:val="Body Text 3"/>
    <w:basedOn w:val="Normal"/>
    <w:link w:val="Corpsdetexte3Car"/>
    <w:uiPriority w:val="99"/>
    <w:unhideWhenUsed/>
    <w:rsid w:val="00AA1D8D"/>
    <w:pPr>
      <w:spacing w:after="120"/>
    </w:pPr>
    <w:rPr>
      <w:sz w:val="16"/>
      <w:szCs w:val="16"/>
    </w:rPr>
  </w:style>
  <w:style w:type="character" w:customStyle="1" w:styleId="Corpsdetexte3Car">
    <w:name w:val="Corps de texte 3 Car"/>
    <w:basedOn w:val="Policepardfaut"/>
    <w:link w:val="Corpsdetexte3"/>
    <w:uiPriority w:val="99"/>
    <w:rsid w:val="00AA1D8D"/>
    <w:rPr>
      <w:sz w:val="16"/>
      <w:szCs w:val="16"/>
    </w:rPr>
  </w:style>
  <w:style w:type="paragraph" w:styleId="Liste">
    <w:name w:val="List"/>
    <w:basedOn w:val="Normal"/>
    <w:uiPriority w:val="99"/>
    <w:unhideWhenUsed/>
    <w:rsid w:val="00AA1D8D"/>
    <w:pPr>
      <w:ind w:left="360" w:hanging="360"/>
      <w:contextualSpacing/>
    </w:pPr>
  </w:style>
  <w:style w:type="paragraph" w:styleId="Liste2">
    <w:name w:val="List 2"/>
    <w:basedOn w:val="Normal"/>
    <w:uiPriority w:val="99"/>
    <w:unhideWhenUsed/>
    <w:rsid w:val="00326F90"/>
    <w:pPr>
      <w:ind w:left="720" w:hanging="360"/>
      <w:contextualSpacing/>
    </w:pPr>
  </w:style>
  <w:style w:type="paragraph" w:styleId="Liste3">
    <w:name w:val="List 3"/>
    <w:basedOn w:val="Normal"/>
    <w:uiPriority w:val="99"/>
    <w:unhideWhenUsed/>
    <w:rsid w:val="00326F90"/>
    <w:pPr>
      <w:ind w:left="1080" w:hanging="360"/>
      <w:contextualSpacing/>
    </w:pPr>
  </w:style>
  <w:style w:type="paragraph" w:styleId="Listepuces">
    <w:name w:val="List Bullet"/>
    <w:basedOn w:val="Normal"/>
    <w:uiPriority w:val="99"/>
    <w:unhideWhenUsed/>
    <w:rsid w:val="00326F90"/>
    <w:pPr>
      <w:numPr>
        <w:numId w:val="1"/>
      </w:numPr>
      <w:contextualSpacing/>
    </w:pPr>
  </w:style>
  <w:style w:type="paragraph" w:styleId="Listepuces2">
    <w:name w:val="List Bullet 2"/>
    <w:basedOn w:val="Normal"/>
    <w:uiPriority w:val="99"/>
    <w:unhideWhenUsed/>
    <w:rsid w:val="00326F90"/>
    <w:pPr>
      <w:numPr>
        <w:numId w:val="2"/>
      </w:numPr>
      <w:contextualSpacing/>
    </w:pPr>
  </w:style>
  <w:style w:type="paragraph" w:styleId="Listepuces3">
    <w:name w:val="List Bullet 3"/>
    <w:basedOn w:val="Normal"/>
    <w:uiPriority w:val="99"/>
    <w:unhideWhenUsed/>
    <w:rsid w:val="00326F90"/>
    <w:pPr>
      <w:numPr>
        <w:numId w:val="3"/>
      </w:numPr>
      <w:contextualSpacing/>
    </w:pPr>
  </w:style>
  <w:style w:type="paragraph" w:styleId="Listenumros">
    <w:name w:val="List Number"/>
    <w:basedOn w:val="Normal"/>
    <w:uiPriority w:val="99"/>
    <w:unhideWhenUsed/>
    <w:rsid w:val="00326F90"/>
    <w:pPr>
      <w:numPr>
        <w:numId w:val="5"/>
      </w:numPr>
      <w:contextualSpacing/>
    </w:pPr>
  </w:style>
  <w:style w:type="paragraph" w:styleId="Listenumros2">
    <w:name w:val="List Number 2"/>
    <w:basedOn w:val="Normal"/>
    <w:uiPriority w:val="99"/>
    <w:unhideWhenUsed/>
    <w:rsid w:val="0029639D"/>
    <w:pPr>
      <w:numPr>
        <w:numId w:val="6"/>
      </w:numPr>
      <w:contextualSpacing/>
    </w:pPr>
  </w:style>
  <w:style w:type="paragraph" w:styleId="Listenumros3">
    <w:name w:val="List Number 3"/>
    <w:basedOn w:val="Normal"/>
    <w:uiPriority w:val="99"/>
    <w:unhideWhenUsed/>
    <w:rsid w:val="0029639D"/>
    <w:pPr>
      <w:numPr>
        <w:numId w:val="7"/>
      </w:numPr>
      <w:contextualSpacing/>
    </w:pPr>
  </w:style>
  <w:style w:type="paragraph" w:styleId="Listecontinue">
    <w:name w:val="List Continue"/>
    <w:basedOn w:val="Normal"/>
    <w:uiPriority w:val="99"/>
    <w:unhideWhenUsed/>
    <w:rsid w:val="0029639D"/>
    <w:pPr>
      <w:spacing w:after="120"/>
      <w:ind w:left="360"/>
      <w:contextualSpacing/>
    </w:pPr>
  </w:style>
  <w:style w:type="paragraph" w:styleId="Listecontinue2">
    <w:name w:val="List Continue 2"/>
    <w:basedOn w:val="Normal"/>
    <w:uiPriority w:val="99"/>
    <w:unhideWhenUsed/>
    <w:rsid w:val="0029639D"/>
    <w:pPr>
      <w:spacing w:after="120"/>
      <w:ind w:left="720"/>
      <w:contextualSpacing/>
    </w:pPr>
  </w:style>
  <w:style w:type="paragraph" w:styleId="Listecontinue3">
    <w:name w:val="List Continue 3"/>
    <w:basedOn w:val="Normal"/>
    <w:uiPriority w:val="99"/>
    <w:unhideWhenUsed/>
    <w:rsid w:val="0029639D"/>
    <w:pPr>
      <w:spacing w:after="120"/>
      <w:ind w:left="1080"/>
      <w:contextualSpacing/>
    </w:pPr>
  </w:style>
  <w:style w:type="paragraph" w:styleId="Textedemacro">
    <w:name w:val="macro"/>
    <w:link w:val="Textede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edemacroCar">
    <w:name w:val="Texte de macro Car"/>
    <w:basedOn w:val="Policepardfaut"/>
    <w:link w:val="Textedemacro"/>
    <w:uiPriority w:val="99"/>
    <w:rsid w:val="0029639D"/>
    <w:rPr>
      <w:rFonts w:ascii="Courier" w:hAnsi="Courier"/>
      <w:sz w:val="20"/>
      <w:szCs w:val="20"/>
    </w:rPr>
  </w:style>
  <w:style w:type="paragraph" w:styleId="Citation">
    <w:name w:val="Quote"/>
    <w:basedOn w:val="Normal"/>
    <w:next w:val="Normal"/>
    <w:link w:val="CitationCar"/>
    <w:uiPriority w:val="29"/>
    <w:qFormat/>
    <w:rsid w:val="00FC693F"/>
    <w:rPr>
      <w:i/>
      <w:iCs/>
      <w:color w:val="000000" w:themeColor="text1"/>
    </w:rPr>
  </w:style>
  <w:style w:type="character" w:customStyle="1" w:styleId="CitationCar">
    <w:name w:val="Citation Car"/>
    <w:basedOn w:val="Policepardfaut"/>
    <w:link w:val="Citation"/>
    <w:uiPriority w:val="29"/>
    <w:rsid w:val="00FC693F"/>
    <w:rPr>
      <w:i/>
      <w:iCs/>
      <w:color w:val="000000" w:themeColor="text1"/>
    </w:rPr>
  </w:style>
  <w:style w:type="character" w:customStyle="1" w:styleId="Titre4Car">
    <w:name w:val="Titre 4 Car"/>
    <w:basedOn w:val="Policepardfaut"/>
    <w:link w:val="Titre4"/>
    <w:uiPriority w:val="9"/>
    <w:semiHidden/>
    <w:rsid w:val="00FC693F"/>
    <w:rPr>
      <w:rFonts w:asciiTheme="majorHAnsi" w:eastAsiaTheme="majorEastAsia" w:hAnsiTheme="majorHAnsi" w:cstheme="majorBidi"/>
      <w:b/>
      <w:bCs/>
      <w:i/>
      <w:iCs/>
      <w:color w:val="4F81BD" w:themeColor="accent1"/>
    </w:rPr>
  </w:style>
  <w:style w:type="character" w:customStyle="1" w:styleId="Titre5Car">
    <w:name w:val="Titre 5 Car"/>
    <w:basedOn w:val="Policepardfaut"/>
    <w:link w:val="Titre5"/>
    <w:uiPriority w:val="9"/>
    <w:semiHidden/>
    <w:rsid w:val="00FC693F"/>
    <w:rPr>
      <w:rFonts w:asciiTheme="majorHAnsi" w:eastAsiaTheme="majorEastAsia" w:hAnsiTheme="majorHAnsi" w:cstheme="majorBidi"/>
      <w:color w:val="243F60" w:themeColor="accent1" w:themeShade="7F"/>
    </w:rPr>
  </w:style>
  <w:style w:type="character" w:customStyle="1" w:styleId="Titre6Car">
    <w:name w:val="Titre 6 Car"/>
    <w:basedOn w:val="Policepardfaut"/>
    <w:link w:val="Titre6"/>
    <w:uiPriority w:val="9"/>
    <w:semiHidden/>
    <w:rsid w:val="00FC693F"/>
    <w:rPr>
      <w:rFonts w:asciiTheme="majorHAnsi" w:eastAsiaTheme="majorEastAsia" w:hAnsiTheme="majorHAnsi" w:cstheme="majorBidi"/>
      <w:i/>
      <w:iCs/>
      <w:color w:val="243F60" w:themeColor="accent1" w:themeShade="7F"/>
    </w:rPr>
  </w:style>
  <w:style w:type="character" w:customStyle="1" w:styleId="Titre7Car">
    <w:name w:val="Titre 7 Car"/>
    <w:basedOn w:val="Policepardfaut"/>
    <w:link w:val="Titre7"/>
    <w:uiPriority w:val="9"/>
    <w:semiHidden/>
    <w:rsid w:val="00FC693F"/>
    <w:rPr>
      <w:rFonts w:asciiTheme="majorHAnsi" w:eastAsiaTheme="majorEastAsia" w:hAnsiTheme="majorHAnsi" w:cstheme="majorBidi"/>
      <w:i/>
      <w:iCs/>
      <w:color w:val="404040" w:themeColor="text1" w:themeTint="BF"/>
    </w:rPr>
  </w:style>
  <w:style w:type="character" w:customStyle="1" w:styleId="Titre8Car">
    <w:name w:val="Titre 8 Car"/>
    <w:basedOn w:val="Policepardfaut"/>
    <w:link w:val="Titre8"/>
    <w:uiPriority w:val="9"/>
    <w:semiHidden/>
    <w:rsid w:val="00FC693F"/>
    <w:rPr>
      <w:rFonts w:asciiTheme="majorHAnsi" w:eastAsiaTheme="majorEastAsia" w:hAnsiTheme="majorHAnsi" w:cstheme="majorBidi"/>
      <w:color w:val="4F81BD" w:themeColor="accent1"/>
      <w:sz w:val="20"/>
      <w:szCs w:val="20"/>
    </w:rPr>
  </w:style>
  <w:style w:type="character" w:customStyle="1" w:styleId="Titre9Car">
    <w:name w:val="Titre 9 Car"/>
    <w:basedOn w:val="Policepardfaut"/>
    <w:link w:val="Titre9"/>
    <w:uiPriority w:val="9"/>
    <w:semiHidden/>
    <w:rsid w:val="00FC693F"/>
    <w:rPr>
      <w:rFonts w:asciiTheme="majorHAnsi" w:eastAsiaTheme="majorEastAsia" w:hAnsiTheme="majorHAnsi" w:cstheme="majorBidi"/>
      <w:i/>
      <w:iCs/>
      <w:color w:val="404040" w:themeColor="text1" w:themeTint="BF"/>
      <w:sz w:val="20"/>
      <w:szCs w:val="20"/>
    </w:rPr>
  </w:style>
  <w:style w:type="paragraph" w:styleId="Lgende">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lev">
    <w:name w:val="Strong"/>
    <w:basedOn w:val="Policepardfaut"/>
    <w:uiPriority w:val="22"/>
    <w:qFormat/>
    <w:rsid w:val="00FC693F"/>
    <w:rPr>
      <w:b/>
      <w:bCs/>
    </w:rPr>
  </w:style>
  <w:style w:type="character" w:styleId="Accentuation">
    <w:name w:val="Emphasis"/>
    <w:basedOn w:val="Policepardfaut"/>
    <w:uiPriority w:val="20"/>
    <w:qFormat/>
    <w:rsid w:val="00FC693F"/>
    <w:rPr>
      <w:i/>
      <w:iCs/>
    </w:rPr>
  </w:style>
  <w:style w:type="paragraph" w:styleId="Citationintense">
    <w:name w:val="Intense Quote"/>
    <w:basedOn w:val="Normal"/>
    <w:next w:val="Normal"/>
    <w:link w:val="Citationintense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tionintenseCar">
    <w:name w:val="Citation intense Car"/>
    <w:basedOn w:val="Policepardfaut"/>
    <w:link w:val="Citationintense"/>
    <w:uiPriority w:val="30"/>
    <w:rsid w:val="00FC693F"/>
    <w:rPr>
      <w:b/>
      <w:bCs/>
      <w:i/>
      <w:iCs/>
      <w:color w:val="4F81BD" w:themeColor="accent1"/>
    </w:rPr>
  </w:style>
  <w:style w:type="character" w:styleId="Accentuationlgre">
    <w:name w:val="Subtle Emphasis"/>
    <w:basedOn w:val="Policepardfaut"/>
    <w:uiPriority w:val="19"/>
    <w:qFormat/>
    <w:rsid w:val="00FC693F"/>
    <w:rPr>
      <w:i/>
      <w:iCs/>
      <w:color w:val="808080" w:themeColor="text1" w:themeTint="7F"/>
    </w:rPr>
  </w:style>
  <w:style w:type="character" w:styleId="Accentuationintense">
    <w:name w:val="Intense Emphasis"/>
    <w:basedOn w:val="Policepardfaut"/>
    <w:uiPriority w:val="21"/>
    <w:qFormat/>
    <w:rsid w:val="00FC693F"/>
    <w:rPr>
      <w:b/>
      <w:bCs/>
      <w:i/>
      <w:iCs/>
      <w:color w:val="4F81BD" w:themeColor="accent1"/>
    </w:rPr>
  </w:style>
  <w:style w:type="character" w:styleId="Rfrencelgre">
    <w:name w:val="Subtle Reference"/>
    <w:basedOn w:val="Policepardfaut"/>
    <w:uiPriority w:val="31"/>
    <w:qFormat/>
    <w:rsid w:val="00FC693F"/>
    <w:rPr>
      <w:smallCaps/>
      <w:color w:val="C0504D" w:themeColor="accent2"/>
      <w:u w:val="single"/>
    </w:rPr>
  </w:style>
  <w:style w:type="character" w:styleId="Rfrenceintense">
    <w:name w:val="Intense Reference"/>
    <w:basedOn w:val="Policepardfaut"/>
    <w:uiPriority w:val="32"/>
    <w:qFormat/>
    <w:rsid w:val="00FC693F"/>
    <w:rPr>
      <w:b/>
      <w:bCs/>
      <w:smallCaps/>
      <w:color w:val="C0504D" w:themeColor="accent2"/>
      <w:spacing w:val="5"/>
      <w:u w:val="single"/>
    </w:rPr>
  </w:style>
  <w:style w:type="character" w:styleId="Titredulivre">
    <w:name w:val="Book Title"/>
    <w:basedOn w:val="Policepardfaut"/>
    <w:uiPriority w:val="33"/>
    <w:qFormat/>
    <w:rsid w:val="00FC693F"/>
    <w:rPr>
      <w:b/>
      <w:bCs/>
      <w:smallCaps/>
      <w:spacing w:val="5"/>
    </w:rPr>
  </w:style>
  <w:style w:type="paragraph" w:styleId="En-ttedetabledesmatires">
    <w:name w:val="TOC Heading"/>
    <w:basedOn w:val="Titre1"/>
    <w:next w:val="Normal"/>
    <w:uiPriority w:val="39"/>
    <w:semiHidden/>
    <w:unhideWhenUsed/>
    <w:qFormat/>
    <w:rsid w:val="00FC693F"/>
    <w:pPr>
      <w:outlineLvl w:val="9"/>
    </w:pPr>
  </w:style>
  <w:style w:type="table" w:styleId="Grilledutableau">
    <w:name w:val="Table Grid"/>
    <w:basedOn w:val="Tableau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Ombrageclair">
    <w:name w:val="Light Shading"/>
    <w:basedOn w:val="Tableau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Trameclaire-Accent1">
    <w:name w:val="Light Shading Accent 1"/>
    <w:basedOn w:val="Tableau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claire-Accent2">
    <w:name w:val="Light Shading Accent 2"/>
    <w:basedOn w:val="Tableau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Trameclaire-Accent3">
    <w:name w:val="Light Shading Accent 3"/>
    <w:basedOn w:val="Tableau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Trameclaire-Accent4">
    <w:name w:val="Light Shading Accent 4"/>
    <w:basedOn w:val="Tableau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Trameclaire-Accent5">
    <w:name w:val="Light Shading Accent 5"/>
    <w:basedOn w:val="Tableau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Trameclaire-Accent6">
    <w:name w:val="Light Shading Accent 6"/>
    <w:basedOn w:val="Tableau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eclaire">
    <w:name w:val="Light List"/>
    <w:basedOn w:val="Tableau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eclaire-Accent1">
    <w:name w:val="Light List Accent 1"/>
    <w:basedOn w:val="Tableau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eclaire-Accent2">
    <w:name w:val="Light List Accent 2"/>
    <w:basedOn w:val="Tableau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eclaire-Accent3">
    <w:name w:val="Light List Accent 3"/>
    <w:basedOn w:val="Tableau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eclaire-Accent4">
    <w:name w:val="Light List Accent 4"/>
    <w:basedOn w:val="Tableau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eclaire-Accent5">
    <w:name w:val="Light List Accent 5"/>
    <w:basedOn w:val="Tableau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eclaire-Accent6">
    <w:name w:val="Light List Accent 6"/>
    <w:basedOn w:val="Tableau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Grilleclaire">
    <w:name w:val="Light Grid"/>
    <w:basedOn w:val="Tableau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Grilleclaire-Accent1">
    <w:name w:val="Light Grid Accent 1"/>
    <w:basedOn w:val="Tableau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Grilleclaire-Accent2">
    <w:name w:val="Light Grid Accent 2"/>
    <w:basedOn w:val="Tableau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Grilleclaire-Accent3">
    <w:name w:val="Light Grid Accent 3"/>
    <w:basedOn w:val="Tableau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Grilleclaire-Accent4">
    <w:name w:val="Light Grid Accent 4"/>
    <w:basedOn w:val="Tableau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Grilleclaire-Accent5">
    <w:name w:val="Light Grid Accent 5"/>
    <w:basedOn w:val="Tableau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Grilleclaire-Accent6">
    <w:name w:val="Light Grid Accent 6"/>
    <w:basedOn w:val="Tableau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Tramemoyenne1">
    <w:name w:val="Medium Shading 1"/>
    <w:basedOn w:val="Tableau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Tramemoyenne1-Accent1">
    <w:name w:val="Medium Shading 1 Accent 1"/>
    <w:basedOn w:val="Tableau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Tramemoyenne1-Accent2">
    <w:name w:val="Medium Shading 1 Accent 2"/>
    <w:basedOn w:val="Tableau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Tramemoyenne1-Accent3">
    <w:name w:val="Medium Shading 1 Accent 3"/>
    <w:basedOn w:val="Tableau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Tramemoyenne1-Accent4">
    <w:name w:val="Medium Shading 1 Accent 4"/>
    <w:basedOn w:val="Tableau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Tramemoyenne1-Accent5">
    <w:name w:val="Medium Shading 1 Accent 5"/>
    <w:basedOn w:val="Tableau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Tramemoyenne1-Accent6">
    <w:name w:val="Medium Shading 1 Accent 6"/>
    <w:basedOn w:val="Tableau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Tramemoyenne2">
    <w:name w:val="Medium Shading 2"/>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1">
    <w:name w:val="Medium Shading 2 Accent 1"/>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2">
    <w:name w:val="Medium Shading 2 Accent 2"/>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3">
    <w:name w:val="Medium Shading 2 Accent 3"/>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4">
    <w:name w:val="Medium Shading 2 Accent 4"/>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5">
    <w:name w:val="Medium Shading 2 Accent 5"/>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6">
    <w:name w:val="Medium Shading 2 Accent 6"/>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emoyenne1">
    <w:name w:val="Medium List 1"/>
    <w:basedOn w:val="Tableau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emoyenne1-Accent1">
    <w:name w:val="Medium List 1 Accent 1"/>
    <w:basedOn w:val="Tableau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emoyenne1-Accent2">
    <w:name w:val="Medium List 1 Accent 2"/>
    <w:basedOn w:val="Tableau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emoyenne1-Accent3">
    <w:name w:val="Medium List 1 Accent 3"/>
    <w:basedOn w:val="Tableau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emoyenne1-Accent4">
    <w:name w:val="Medium List 1 Accent 4"/>
    <w:basedOn w:val="Tableau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emoyenne1-Accent5">
    <w:name w:val="Medium List 1 Accent 5"/>
    <w:basedOn w:val="Tableau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emoyenne1-Accent6">
    <w:name w:val="Medium List 1 Accent 6"/>
    <w:basedOn w:val="Tableau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emoyenne2">
    <w:name w:val="Medium List 2"/>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1">
    <w:name w:val="Medium List 2 Accent 1"/>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2">
    <w:name w:val="Medium List 2 Accent 2"/>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3">
    <w:name w:val="Medium List 2 Accent 3"/>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4">
    <w:name w:val="Medium List 2 Accent 4"/>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5">
    <w:name w:val="Medium List 2 Accent 5"/>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6">
    <w:name w:val="Medium List 2 Accent 6"/>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Grillemoyenne1">
    <w:name w:val="Medium Grid 1"/>
    <w:basedOn w:val="Tableau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illemoyenne1-Accent1">
    <w:name w:val="Medium Grid 1 Accent 1"/>
    <w:basedOn w:val="Tableau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illemoyenne1-Accent2">
    <w:name w:val="Medium Grid 1 Accent 2"/>
    <w:basedOn w:val="Tableau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illemoyenne1-Accent3">
    <w:name w:val="Medium Grid 1 Accent 3"/>
    <w:basedOn w:val="Tableau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illemoyenne1-Accent4">
    <w:name w:val="Medium Grid 1 Accent 4"/>
    <w:basedOn w:val="Tableau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rillemoyenne1-Accent5">
    <w:name w:val="Medium Grid 1 Accent 5"/>
    <w:basedOn w:val="Tableau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illemoyenne1-Accent6">
    <w:name w:val="Medium Grid 1 Accent 6"/>
    <w:basedOn w:val="Tableau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Grillemoyenne2">
    <w:name w:val="Medium Grid 2"/>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Grillemoyenne2-Accent1">
    <w:name w:val="Medium Grid 2 Accent 1"/>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Grillemoyenne2-Accent2">
    <w:name w:val="Medium Grid 2 Accent 2"/>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Grillemoyenne2-Accent3">
    <w:name w:val="Medium Grid 2 Accent 3"/>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Grillemoyenne2-Accent4">
    <w:name w:val="Medium Grid 2 Accent 4"/>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Grillemoyenne2-Accent5">
    <w:name w:val="Medium Grid 2 Accent 5"/>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Grillemoyenne2-Accent6">
    <w:name w:val="Medium Grid 2 Accent 6"/>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Grillemoyenne3">
    <w:name w:val="Medium Grid 3"/>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Grillemoyenne3-Accent1">
    <w:name w:val="Medium Grid 3 Accent 1"/>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Grillemoyenne3-Accent2">
    <w:name w:val="Medium Grid 3 Accent 2"/>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Grillemoyenne3-Accent3">
    <w:name w:val="Medium Grid 3 Accent 3"/>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Grillemoyenne3-Accent4">
    <w:name w:val="Medium Grid 3 Accent 4"/>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Grillemoyenne3-Accent5">
    <w:name w:val="Medium Grid 3 Accent 5"/>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Grillemoyenne3-Accent6">
    <w:name w:val="Medium Grid 3 Accent 6"/>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efonce">
    <w:name w:val="Dark List"/>
    <w:basedOn w:val="Tableau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efonce-Accent1">
    <w:name w:val="Dark List Accent 1"/>
    <w:basedOn w:val="Tableau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efonce-Accent2">
    <w:name w:val="Dark List Accent 2"/>
    <w:basedOn w:val="Tableau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efonce-Accent3">
    <w:name w:val="Dark List Accent 3"/>
    <w:basedOn w:val="Tableau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efonce-Accent4">
    <w:name w:val="Dark List Accent 4"/>
    <w:basedOn w:val="Tableau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efonce-Accent5">
    <w:name w:val="Dark List Accent 5"/>
    <w:basedOn w:val="Tableau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efonce-Accent6">
    <w:name w:val="Dark List Accent 6"/>
    <w:basedOn w:val="Tableau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Tramecouleur">
    <w:name w:val="Colorful Shading"/>
    <w:basedOn w:val="Tableau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Tramecouleur-Accent1">
    <w:name w:val="Colorful Shading Accent 1"/>
    <w:basedOn w:val="Tableau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Tramecouleur-Accent2">
    <w:name w:val="Colorful Shading Accent 2"/>
    <w:basedOn w:val="Tableau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Tramecouleur-Accent3">
    <w:name w:val="Colorful Shading Accent 3"/>
    <w:basedOn w:val="Tableau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Tramecouleur-Accent4">
    <w:name w:val="Colorful Shading Accent 4"/>
    <w:basedOn w:val="Tableau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Tramecouleur-Accent5">
    <w:name w:val="Colorful Shading Accent 5"/>
    <w:basedOn w:val="Tableau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Tramecouleur-Accent6">
    <w:name w:val="Colorful Shading Accent 6"/>
    <w:basedOn w:val="Tableau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ecouleur">
    <w:name w:val="Colorful List"/>
    <w:basedOn w:val="Tableau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ecouleur-Accent1">
    <w:name w:val="Colorful List Accent 1"/>
    <w:basedOn w:val="Tableau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ecouleur-Accent2">
    <w:name w:val="Colorful List Accent 2"/>
    <w:basedOn w:val="Tableau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ecouleur-Accent3">
    <w:name w:val="Colorful List Accent 3"/>
    <w:basedOn w:val="Tableau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ecouleur-Accent4">
    <w:name w:val="Colorful List Accent 4"/>
    <w:basedOn w:val="Tableau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ecouleur-Accent5">
    <w:name w:val="Colorful List Accent 5"/>
    <w:basedOn w:val="Tableau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ecouleur-Accent6">
    <w:name w:val="Colorful List Accent 6"/>
    <w:basedOn w:val="Tableau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Grillecouleur">
    <w:name w:val="Colorful Grid"/>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illecouleur-Accent1">
    <w:name w:val="Colorful Grid Accent 1"/>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illecouleur-Accent2">
    <w:name w:val="Colorful Grid Accent 2"/>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illecouleur-Accent3">
    <w:name w:val="Colorful Grid Accent 3"/>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illecouleur-Accent4">
    <w:name w:val="Colorful Grid Accent 4"/>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rillecouleur-Accent5">
    <w:name w:val="Colorful Grid Accent 5"/>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illecouleur-Accent6">
    <w:name w:val="Colorful Grid Accent 6"/>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Lienhypertexte">
    <w:name w:val="Hyperlink"/>
    <w:basedOn w:val="Policepardfaut"/>
    <w:uiPriority w:val="99"/>
    <w:unhideWhenUsed/>
    <w:rsid w:val="00185108"/>
    <w:rPr>
      <w:color w:val="0000FF" w:themeColor="hyperlink"/>
      <w:u w:val="single"/>
    </w:rPr>
  </w:style>
  <w:style w:type="character" w:styleId="Mentionnonrsolue">
    <w:name w:val="Unresolved Mention"/>
    <w:basedOn w:val="Policepardfaut"/>
    <w:uiPriority w:val="99"/>
    <w:semiHidden/>
    <w:unhideWhenUsed/>
    <w:rsid w:val="0018510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file:///C:\Users\pierr\AppData\Local\Temp\MicrosoftEdgeDownloads\42967384-3042-4381-942b-84b258897226\production@photosociete.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Pages>
  <Words>391</Words>
  <Characters>2153</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2539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Pierre Fraser</cp:lastModifiedBy>
  <cp:revision>5</cp:revision>
  <dcterms:created xsi:type="dcterms:W3CDTF">2025-08-20T13:14:00Z</dcterms:created>
  <dcterms:modified xsi:type="dcterms:W3CDTF">2025-08-20T13:17:00Z</dcterms:modified>
  <cp:category/>
</cp:coreProperties>
</file>